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C9A4" w14:textId="30DB6006" w:rsidR="00FF669E" w:rsidRDefault="00152712">
      <w:pPr>
        <w:pStyle w:val="Ttulo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FF8A10" wp14:editId="43C46828">
            <wp:simplePos x="0" y="0"/>
            <wp:positionH relativeFrom="column">
              <wp:posOffset>1193800</wp:posOffset>
            </wp:positionH>
            <wp:positionV relativeFrom="paragraph">
              <wp:posOffset>-108585</wp:posOffset>
            </wp:positionV>
            <wp:extent cx="3278505" cy="1030605"/>
            <wp:effectExtent l="0" t="0" r="0" b="0"/>
            <wp:wrapSquare wrapText="bothSides"/>
            <wp:docPr id="14651739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73929" name="Imagen 14651739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031D5" w14:textId="77777777" w:rsidR="00910CF9" w:rsidRDefault="00910CF9" w:rsidP="000C2E7C">
      <w:pPr>
        <w:pStyle w:val="Ttulo1"/>
        <w:spacing w:before="0" w:line="240" w:lineRule="auto"/>
        <w:jc w:val="center"/>
        <w:rPr>
          <w:rFonts w:cstheme="majorHAnsi"/>
        </w:rPr>
      </w:pPr>
    </w:p>
    <w:p w14:paraId="2EEACB0D" w14:textId="77777777" w:rsidR="00910CF9" w:rsidRDefault="00910CF9" w:rsidP="000C2E7C">
      <w:pPr>
        <w:pStyle w:val="Ttulo1"/>
        <w:spacing w:before="0" w:line="240" w:lineRule="auto"/>
        <w:jc w:val="center"/>
        <w:rPr>
          <w:rFonts w:cstheme="majorHAnsi"/>
        </w:rPr>
      </w:pPr>
    </w:p>
    <w:p w14:paraId="21F7365B" w14:textId="3FA4C372" w:rsidR="001E623A" w:rsidRPr="000C2E7C" w:rsidRDefault="00684839" w:rsidP="000C2E7C">
      <w:pPr>
        <w:pStyle w:val="Ttulo1"/>
        <w:spacing w:before="0" w:line="240" w:lineRule="auto"/>
        <w:jc w:val="center"/>
        <w:rPr>
          <w:rFonts w:cstheme="majorHAnsi"/>
        </w:rPr>
      </w:pPr>
      <w:r w:rsidRPr="000C2E7C">
        <w:rPr>
          <w:rFonts w:cstheme="majorHAnsi"/>
        </w:rPr>
        <w:t>FORMULARIO DE POSTULACIÓN</w:t>
      </w:r>
    </w:p>
    <w:p w14:paraId="23ECFF8D" w14:textId="77777777" w:rsidR="001E623A" w:rsidRPr="000C2E7C" w:rsidRDefault="00684839" w:rsidP="000C2E7C">
      <w:pPr>
        <w:spacing w:after="0" w:line="24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0C2E7C">
        <w:rPr>
          <w:rFonts w:asciiTheme="majorHAnsi" w:hAnsiTheme="majorHAnsi" w:cstheme="majorHAnsi"/>
          <w:sz w:val="28"/>
          <w:szCs w:val="28"/>
        </w:rPr>
        <w:t>Distinciones Académicas Estudiantiles</w:t>
      </w:r>
      <w:r w:rsidRPr="000C2E7C">
        <w:rPr>
          <w:rFonts w:asciiTheme="majorHAnsi" w:hAnsiTheme="majorHAnsi" w:cstheme="majorHAnsi"/>
          <w:sz w:val="28"/>
          <w:szCs w:val="28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4563"/>
      </w:tblGrid>
      <w:tr w:rsidR="001E623A" w:rsidRPr="000C2E7C" w14:paraId="4726BCDD" w14:textId="77777777" w:rsidTr="00C12CA0">
        <w:tc>
          <w:tcPr>
            <w:tcW w:w="4077" w:type="dxa"/>
          </w:tcPr>
          <w:p w14:paraId="6D0F7F5E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Medalla/Premio</w:t>
            </w:r>
          </w:p>
        </w:tc>
        <w:tc>
          <w:tcPr>
            <w:tcW w:w="4563" w:type="dxa"/>
          </w:tcPr>
          <w:p w14:paraId="51B9B56F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06961816" w14:textId="3FB8E704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</w:tbl>
    <w:p w14:paraId="34283EF5" w14:textId="77777777" w:rsidR="001E623A" w:rsidRPr="000C2E7C" w:rsidRDefault="00684839">
      <w:pPr>
        <w:pStyle w:val="Ttulo2"/>
        <w:rPr>
          <w:rFonts w:cstheme="majorHAnsi"/>
        </w:rPr>
      </w:pPr>
      <w:r w:rsidRPr="000C2E7C">
        <w:rPr>
          <w:rFonts w:cstheme="majorHAnsi"/>
        </w:rPr>
        <w:t>1. Antecedentes del postulante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4563"/>
      </w:tblGrid>
      <w:tr w:rsidR="001E623A" w:rsidRPr="000C2E7C" w14:paraId="12FDF23D" w14:textId="77777777" w:rsidTr="00C12CA0">
        <w:tc>
          <w:tcPr>
            <w:tcW w:w="4077" w:type="dxa"/>
          </w:tcPr>
          <w:p w14:paraId="0703FA39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 xml:space="preserve">Nombre </w:t>
            </w:r>
            <w:proofErr w:type="spellStart"/>
            <w:r w:rsidRPr="000C2E7C">
              <w:rPr>
                <w:rFonts w:asciiTheme="majorHAnsi" w:hAnsiTheme="majorHAnsi" w:cstheme="majorHAnsi"/>
              </w:rPr>
              <w:t>completo</w:t>
            </w:r>
            <w:proofErr w:type="spellEnd"/>
          </w:p>
        </w:tc>
        <w:tc>
          <w:tcPr>
            <w:tcW w:w="4563" w:type="dxa"/>
          </w:tcPr>
          <w:p w14:paraId="65E11973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EA31F8B" w14:textId="5C724D32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3323E4B7" w14:textId="77777777" w:rsidTr="00C12CA0">
        <w:tc>
          <w:tcPr>
            <w:tcW w:w="4077" w:type="dxa"/>
          </w:tcPr>
          <w:p w14:paraId="3342C05D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RUT</w:t>
            </w:r>
          </w:p>
        </w:tc>
        <w:tc>
          <w:tcPr>
            <w:tcW w:w="4563" w:type="dxa"/>
          </w:tcPr>
          <w:p w14:paraId="26D7C267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22DA7E16" w14:textId="44E82CF4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095C7B81" w14:textId="77777777" w:rsidTr="00C12CA0">
        <w:tc>
          <w:tcPr>
            <w:tcW w:w="4077" w:type="dxa"/>
          </w:tcPr>
          <w:p w14:paraId="030A0857" w14:textId="31EF03C0" w:rsidR="001E623A" w:rsidRPr="000C2E7C" w:rsidRDefault="00C12CA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N° </w:t>
            </w:r>
            <w:r w:rsidR="00684839" w:rsidRPr="000C2E7C">
              <w:rPr>
                <w:rFonts w:asciiTheme="majorHAnsi" w:hAnsiTheme="majorHAnsi" w:cstheme="majorHAnsi"/>
              </w:rPr>
              <w:t>Rol UACh</w:t>
            </w:r>
          </w:p>
        </w:tc>
        <w:tc>
          <w:tcPr>
            <w:tcW w:w="4563" w:type="dxa"/>
          </w:tcPr>
          <w:p w14:paraId="7A420FEB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2EEAC80" w14:textId="3E49B565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2D58CDCF" w14:textId="77777777" w:rsidTr="00C12CA0">
        <w:tc>
          <w:tcPr>
            <w:tcW w:w="4077" w:type="dxa"/>
          </w:tcPr>
          <w:p w14:paraId="3BFAB58B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Escuela</w:t>
            </w:r>
          </w:p>
        </w:tc>
        <w:tc>
          <w:tcPr>
            <w:tcW w:w="4563" w:type="dxa"/>
          </w:tcPr>
          <w:p w14:paraId="5A02B749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1C135962" w14:textId="5369A660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6DA74ECA" w14:textId="77777777" w:rsidTr="00C12CA0">
        <w:tc>
          <w:tcPr>
            <w:tcW w:w="4077" w:type="dxa"/>
          </w:tcPr>
          <w:p w14:paraId="42DC436F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Facultad</w:t>
            </w:r>
          </w:p>
        </w:tc>
        <w:tc>
          <w:tcPr>
            <w:tcW w:w="4563" w:type="dxa"/>
          </w:tcPr>
          <w:p w14:paraId="229F07B4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1713CCDF" w14:textId="353E4702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</w:tbl>
    <w:p w14:paraId="46869C09" w14:textId="77777777" w:rsidR="001E623A" w:rsidRPr="000C2E7C" w:rsidRDefault="00684839">
      <w:pPr>
        <w:pStyle w:val="Ttulo2"/>
        <w:rPr>
          <w:rFonts w:cstheme="majorHAnsi"/>
        </w:rPr>
      </w:pPr>
      <w:r w:rsidRPr="000C2E7C">
        <w:rPr>
          <w:rFonts w:cstheme="majorHAnsi"/>
        </w:rPr>
        <w:t>2. Nivel de estudios alcanzado a la fecha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4563"/>
      </w:tblGrid>
      <w:tr w:rsidR="001E623A" w:rsidRPr="000C2E7C" w14:paraId="270DC0A4" w14:textId="77777777" w:rsidTr="00C12CA0">
        <w:tc>
          <w:tcPr>
            <w:tcW w:w="4077" w:type="dxa"/>
          </w:tcPr>
          <w:p w14:paraId="351CDA77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Carrera/Grado</w:t>
            </w:r>
          </w:p>
        </w:tc>
        <w:tc>
          <w:tcPr>
            <w:tcW w:w="4563" w:type="dxa"/>
          </w:tcPr>
          <w:p w14:paraId="37C94716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2EF5CEDD" w14:textId="71FD1DAC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7532DDB9" w14:textId="77777777" w:rsidTr="00C12CA0">
        <w:tc>
          <w:tcPr>
            <w:tcW w:w="4077" w:type="dxa"/>
          </w:tcPr>
          <w:p w14:paraId="55A40A93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3. Otros antecedentes</w:t>
            </w:r>
          </w:p>
        </w:tc>
        <w:tc>
          <w:tcPr>
            <w:tcW w:w="4563" w:type="dxa"/>
          </w:tcPr>
          <w:p w14:paraId="11368FAF" w14:textId="3D4E1ABF" w:rsidR="001E623A" w:rsidRPr="000C2E7C" w:rsidRDefault="00684839">
            <w:pPr>
              <w:rPr>
                <w:rFonts w:asciiTheme="majorHAnsi" w:hAnsiTheme="majorHAnsi" w:cstheme="majorHAnsi"/>
              </w:rPr>
            </w:pPr>
            <w:proofErr w:type="spellStart"/>
            <w:r w:rsidRPr="000C2E7C">
              <w:rPr>
                <w:rFonts w:asciiTheme="majorHAnsi" w:hAnsiTheme="majorHAnsi" w:cstheme="majorHAnsi"/>
              </w:rPr>
              <w:t>Describa</w:t>
            </w:r>
            <w:proofErr w:type="spellEnd"/>
            <w:r w:rsidR="00C12CA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C12CA0">
              <w:rPr>
                <w:rFonts w:asciiTheme="majorHAnsi" w:hAnsiTheme="majorHAnsi" w:cstheme="majorHAnsi"/>
              </w:rPr>
              <w:t>brevemente</w:t>
            </w:r>
            <w:proofErr w:type="spellEnd"/>
            <w:r w:rsidRPr="000C2E7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C2E7C">
              <w:rPr>
                <w:rFonts w:asciiTheme="majorHAnsi" w:hAnsiTheme="majorHAnsi" w:cstheme="majorHAnsi"/>
              </w:rPr>
              <w:t>los</w:t>
            </w:r>
            <w:proofErr w:type="spellEnd"/>
            <w:r w:rsidRPr="000C2E7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C2E7C">
              <w:rPr>
                <w:rFonts w:asciiTheme="majorHAnsi" w:hAnsiTheme="majorHAnsi" w:cstheme="majorHAnsi"/>
              </w:rPr>
              <w:t>antecedentes</w:t>
            </w:r>
            <w:proofErr w:type="spellEnd"/>
            <w:r w:rsidRPr="000C2E7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C2E7C">
              <w:rPr>
                <w:rFonts w:asciiTheme="majorHAnsi" w:hAnsiTheme="majorHAnsi" w:cstheme="majorHAnsi"/>
              </w:rPr>
              <w:t>que</w:t>
            </w:r>
            <w:proofErr w:type="spellEnd"/>
            <w:r w:rsidRPr="000C2E7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C2E7C">
              <w:rPr>
                <w:rFonts w:asciiTheme="majorHAnsi" w:hAnsiTheme="majorHAnsi" w:cstheme="majorHAnsi"/>
              </w:rPr>
              <w:t>fundamentan</w:t>
            </w:r>
            <w:proofErr w:type="spellEnd"/>
            <w:r w:rsidRPr="000C2E7C">
              <w:rPr>
                <w:rFonts w:asciiTheme="majorHAnsi" w:hAnsiTheme="majorHAnsi" w:cstheme="majorHAnsi"/>
              </w:rPr>
              <w:t xml:space="preserve"> la </w:t>
            </w:r>
            <w:proofErr w:type="spellStart"/>
            <w:r w:rsidRPr="000C2E7C">
              <w:rPr>
                <w:rFonts w:asciiTheme="majorHAnsi" w:hAnsiTheme="majorHAnsi" w:cstheme="majorHAnsi"/>
              </w:rPr>
              <w:t>postulación</w:t>
            </w:r>
            <w:proofErr w:type="spellEnd"/>
            <w:r w:rsidRPr="000C2E7C">
              <w:rPr>
                <w:rFonts w:asciiTheme="majorHAnsi" w:hAnsiTheme="majorHAnsi" w:cstheme="majorHAnsi"/>
              </w:rPr>
              <w:t>:</w:t>
            </w:r>
            <w:r w:rsidRPr="000C2E7C">
              <w:rPr>
                <w:rFonts w:asciiTheme="majorHAnsi" w:hAnsiTheme="majorHAnsi" w:cstheme="majorHAnsi"/>
              </w:rPr>
              <w:br/>
            </w:r>
          </w:p>
        </w:tc>
      </w:tr>
    </w:tbl>
    <w:p w14:paraId="3B710867" w14:textId="77777777" w:rsidR="001E623A" w:rsidRPr="000C2E7C" w:rsidRDefault="00684839">
      <w:pPr>
        <w:pStyle w:val="Ttulo2"/>
        <w:rPr>
          <w:rFonts w:cstheme="majorHAnsi"/>
        </w:rPr>
      </w:pPr>
      <w:r w:rsidRPr="000C2E7C">
        <w:rPr>
          <w:rFonts w:cstheme="majorHAnsi"/>
        </w:rPr>
        <w:t>4. Académicos que apoyan la postulación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4563"/>
      </w:tblGrid>
      <w:tr w:rsidR="001E623A" w:rsidRPr="000C2E7C" w14:paraId="27EEC9EA" w14:textId="77777777" w:rsidTr="00C12CA0">
        <w:tc>
          <w:tcPr>
            <w:tcW w:w="4077" w:type="dxa"/>
          </w:tcPr>
          <w:p w14:paraId="7A5C3D8B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Académico/a 1 (Nombre)</w:t>
            </w:r>
          </w:p>
        </w:tc>
        <w:tc>
          <w:tcPr>
            <w:tcW w:w="4563" w:type="dxa"/>
          </w:tcPr>
          <w:p w14:paraId="70523DC3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FB1ED70" w14:textId="054B438A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7DD9842A" w14:textId="77777777" w:rsidTr="00C12CA0">
        <w:tc>
          <w:tcPr>
            <w:tcW w:w="4077" w:type="dxa"/>
          </w:tcPr>
          <w:p w14:paraId="0EC4E2E3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Unidad Académica</w:t>
            </w:r>
          </w:p>
        </w:tc>
        <w:tc>
          <w:tcPr>
            <w:tcW w:w="4563" w:type="dxa"/>
          </w:tcPr>
          <w:p w14:paraId="289E4FEF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240DFE1" w14:textId="336ABBE8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5B3705F4" w14:textId="77777777" w:rsidTr="00C12CA0">
        <w:tc>
          <w:tcPr>
            <w:tcW w:w="4077" w:type="dxa"/>
          </w:tcPr>
          <w:p w14:paraId="1CB03FC3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Firma</w:t>
            </w:r>
          </w:p>
        </w:tc>
        <w:tc>
          <w:tcPr>
            <w:tcW w:w="4563" w:type="dxa"/>
          </w:tcPr>
          <w:p w14:paraId="68C38A8B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08AE319" w14:textId="20B784A8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1B8F403E" w14:textId="77777777" w:rsidTr="00C12CA0">
        <w:tc>
          <w:tcPr>
            <w:tcW w:w="4077" w:type="dxa"/>
          </w:tcPr>
          <w:p w14:paraId="68EC539B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Académico/a 2 (Nombre)</w:t>
            </w:r>
          </w:p>
        </w:tc>
        <w:tc>
          <w:tcPr>
            <w:tcW w:w="4563" w:type="dxa"/>
          </w:tcPr>
          <w:p w14:paraId="0CA14D40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4D5045B6" w14:textId="3B68DE8C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34F781C0" w14:textId="77777777" w:rsidTr="00C12CA0">
        <w:tc>
          <w:tcPr>
            <w:tcW w:w="4077" w:type="dxa"/>
          </w:tcPr>
          <w:p w14:paraId="61A05E4B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Unidad Académica</w:t>
            </w:r>
          </w:p>
        </w:tc>
        <w:tc>
          <w:tcPr>
            <w:tcW w:w="4563" w:type="dxa"/>
          </w:tcPr>
          <w:p w14:paraId="36A1D263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604E3FEE" w14:textId="412E7F92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7467FFAD" w14:textId="77777777" w:rsidTr="00C12CA0">
        <w:tc>
          <w:tcPr>
            <w:tcW w:w="4077" w:type="dxa"/>
          </w:tcPr>
          <w:p w14:paraId="163978FF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Firma</w:t>
            </w:r>
          </w:p>
        </w:tc>
        <w:tc>
          <w:tcPr>
            <w:tcW w:w="4563" w:type="dxa"/>
          </w:tcPr>
          <w:p w14:paraId="1A57D081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5E384BC" w14:textId="2FE0CE4B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1A88A54B" w14:textId="77777777" w:rsidTr="00C12CA0">
        <w:tc>
          <w:tcPr>
            <w:tcW w:w="4077" w:type="dxa"/>
          </w:tcPr>
          <w:p w14:paraId="54C898D1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Académico/a 3 (Nombre)</w:t>
            </w:r>
          </w:p>
        </w:tc>
        <w:tc>
          <w:tcPr>
            <w:tcW w:w="4563" w:type="dxa"/>
          </w:tcPr>
          <w:p w14:paraId="6B214B42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2E9B6544" w14:textId="5E56ED4F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71657117" w14:textId="77777777" w:rsidTr="00C12CA0">
        <w:tc>
          <w:tcPr>
            <w:tcW w:w="4077" w:type="dxa"/>
          </w:tcPr>
          <w:p w14:paraId="0739DB95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Unidad Académica</w:t>
            </w:r>
          </w:p>
        </w:tc>
        <w:tc>
          <w:tcPr>
            <w:tcW w:w="4563" w:type="dxa"/>
          </w:tcPr>
          <w:p w14:paraId="7AE299F1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51A9927C" w14:textId="47DAD647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43B81AB0" w14:textId="77777777" w:rsidTr="00C12CA0">
        <w:tc>
          <w:tcPr>
            <w:tcW w:w="4077" w:type="dxa"/>
          </w:tcPr>
          <w:p w14:paraId="5BB07B96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Firma</w:t>
            </w:r>
          </w:p>
        </w:tc>
        <w:tc>
          <w:tcPr>
            <w:tcW w:w="4563" w:type="dxa"/>
          </w:tcPr>
          <w:p w14:paraId="34E65F96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1C8209A1" w14:textId="315B2ED2" w:rsidR="000C2E7C" w:rsidRPr="000C2E7C" w:rsidRDefault="000C2E7C">
            <w:pPr>
              <w:rPr>
                <w:rFonts w:asciiTheme="majorHAnsi" w:hAnsiTheme="majorHAnsi" w:cstheme="majorHAnsi"/>
              </w:rPr>
            </w:pPr>
          </w:p>
        </w:tc>
      </w:tr>
    </w:tbl>
    <w:p w14:paraId="08E4AA6E" w14:textId="77777777" w:rsidR="001E623A" w:rsidRPr="000C2E7C" w:rsidRDefault="00684839">
      <w:pPr>
        <w:pStyle w:val="Ttulo2"/>
        <w:rPr>
          <w:rFonts w:cstheme="majorHAnsi"/>
        </w:rPr>
      </w:pPr>
      <w:r w:rsidRPr="000C2E7C">
        <w:rPr>
          <w:rFonts w:cstheme="majorHAnsi"/>
        </w:rPr>
        <w:lastRenderedPageBreak/>
        <w:t>5. Documentos que se deben adjuntar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77"/>
        <w:gridCol w:w="4563"/>
      </w:tblGrid>
      <w:tr w:rsidR="001E623A" w:rsidRPr="000C2E7C" w14:paraId="567F6AD6" w14:textId="77777777" w:rsidTr="00C12CA0">
        <w:tc>
          <w:tcPr>
            <w:tcW w:w="4077" w:type="dxa"/>
          </w:tcPr>
          <w:p w14:paraId="476B054B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563" w:type="dxa"/>
          </w:tcPr>
          <w:p w14:paraId="6FB6E516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a) Currículum Vitae</w:t>
            </w:r>
            <w:r w:rsidRPr="000C2E7C">
              <w:rPr>
                <w:rFonts w:asciiTheme="majorHAnsi" w:hAnsiTheme="majorHAnsi" w:cstheme="majorHAnsi"/>
              </w:rPr>
              <w:br/>
              <w:t>b) Trabajo in extenso que sustenta la postulación</w:t>
            </w:r>
            <w:r w:rsidRPr="000C2E7C">
              <w:rPr>
                <w:rFonts w:asciiTheme="majorHAnsi" w:hAnsiTheme="majorHAnsi" w:cstheme="majorHAnsi"/>
              </w:rPr>
              <w:br/>
              <w:t>c) Sinopsis/Resumen (formato adjunto)</w:t>
            </w:r>
            <w:r w:rsidRPr="000C2E7C">
              <w:rPr>
                <w:rFonts w:asciiTheme="majorHAnsi" w:hAnsiTheme="majorHAnsi" w:cstheme="majorHAnsi"/>
              </w:rPr>
              <w:br/>
              <w:t>d) Dos fotografías del/de la postulante en actividades relacionadas con el trabajo.</w:t>
            </w:r>
          </w:p>
        </w:tc>
      </w:tr>
      <w:tr w:rsidR="001E623A" w:rsidRPr="000C2E7C" w14:paraId="5D33CFD4" w14:textId="77777777" w:rsidTr="00C12CA0">
        <w:tc>
          <w:tcPr>
            <w:tcW w:w="4077" w:type="dxa"/>
          </w:tcPr>
          <w:p w14:paraId="713278AB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6. Firma del/de la postulante</w:t>
            </w:r>
          </w:p>
        </w:tc>
        <w:tc>
          <w:tcPr>
            <w:tcW w:w="4563" w:type="dxa"/>
          </w:tcPr>
          <w:p w14:paraId="3C9AFEA1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384C2BA9" w14:textId="7A7CB0AB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  <w:tr w:rsidR="001E623A" w:rsidRPr="000C2E7C" w14:paraId="63822281" w14:textId="77777777" w:rsidTr="00C12CA0">
        <w:tc>
          <w:tcPr>
            <w:tcW w:w="4077" w:type="dxa"/>
          </w:tcPr>
          <w:p w14:paraId="27B8E543" w14:textId="77777777" w:rsidR="001E623A" w:rsidRPr="000C2E7C" w:rsidRDefault="00684839">
            <w:pPr>
              <w:rPr>
                <w:rFonts w:asciiTheme="majorHAnsi" w:hAnsiTheme="majorHAnsi" w:cstheme="majorHAnsi"/>
              </w:rPr>
            </w:pPr>
            <w:r w:rsidRPr="000C2E7C">
              <w:rPr>
                <w:rFonts w:asciiTheme="majorHAnsi" w:hAnsiTheme="majorHAnsi" w:cstheme="majorHAnsi"/>
              </w:rPr>
              <w:t>Lugar y fecha</w:t>
            </w:r>
          </w:p>
        </w:tc>
        <w:tc>
          <w:tcPr>
            <w:tcW w:w="4563" w:type="dxa"/>
          </w:tcPr>
          <w:p w14:paraId="57BA3DEE" w14:textId="77777777" w:rsidR="001E623A" w:rsidRPr="000C2E7C" w:rsidRDefault="001E623A">
            <w:pPr>
              <w:rPr>
                <w:rFonts w:asciiTheme="majorHAnsi" w:hAnsiTheme="majorHAnsi" w:cstheme="majorHAnsi"/>
              </w:rPr>
            </w:pPr>
          </w:p>
          <w:p w14:paraId="7B400EBB" w14:textId="212731DE" w:rsidR="00ED6BB3" w:rsidRPr="000C2E7C" w:rsidRDefault="00ED6BB3">
            <w:pPr>
              <w:rPr>
                <w:rFonts w:asciiTheme="majorHAnsi" w:hAnsiTheme="majorHAnsi" w:cstheme="majorHAnsi"/>
              </w:rPr>
            </w:pPr>
          </w:p>
        </w:tc>
      </w:tr>
    </w:tbl>
    <w:p w14:paraId="5040A40F" w14:textId="77A7275C" w:rsidR="001E623A" w:rsidRPr="000C2E7C" w:rsidRDefault="00684839">
      <w:pPr>
        <w:pStyle w:val="Ttulo1"/>
        <w:rPr>
          <w:rFonts w:cstheme="majorHAnsi"/>
        </w:rPr>
      </w:pPr>
      <w:r w:rsidRPr="000C2E7C">
        <w:rPr>
          <w:rFonts w:cstheme="majorHAnsi"/>
        </w:rPr>
        <w:t>SINOPSIS / RESUMEN</w:t>
      </w:r>
    </w:p>
    <w:p w14:paraId="5AE2C184" w14:textId="77777777" w:rsidR="001E623A" w:rsidRPr="000C2E7C" w:rsidRDefault="00684839">
      <w:pPr>
        <w:rPr>
          <w:rFonts w:asciiTheme="majorHAnsi" w:hAnsiTheme="majorHAnsi" w:cstheme="majorHAnsi"/>
        </w:rPr>
      </w:pPr>
      <w:proofErr w:type="spellStart"/>
      <w:r w:rsidRPr="000C2E7C">
        <w:rPr>
          <w:rFonts w:asciiTheme="majorHAnsi" w:hAnsiTheme="majorHAnsi" w:cstheme="majorHAnsi"/>
        </w:rPr>
        <w:t>Distinciones</w:t>
      </w:r>
      <w:proofErr w:type="spellEnd"/>
      <w:r w:rsidRPr="000C2E7C">
        <w:rPr>
          <w:rFonts w:asciiTheme="majorHAnsi" w:hAnsiTheme="majorHAnsi" w:cstheme="majorHAnsi"/>
        </w:rPr>
        <w:t xml:space="preserve"> </w:t>
      </w:r>
      <w:proofErr w:type="spellStart"/>
      <w:r w:rsidRPr="000C2E7C">
        <w:rPr>
          <w:rFonts w:asciiTheme="majorHAnsi" w:hAnsiTheme="majorHAnsi" w:cstheme="majorHAnsi"/>
        </w:rPr>
        <w:t>Académicas</w:t>
      </w:r>
      <w:proofErr w:type="spellEnd"/>
      <w:r w:rsidRPr="000C2E7C">
        <w:rPr>
          <w:rFonts w:asciiTheme="majorHAnsi" w:hAnsiTheme="majorHAnsi" w:cstheme="majorHAnsi"/>
        </w:rPr>
        <w:t xml:space="preserve"> </w:t>
      </w:r>
      <w:proofErr w:type="spellStart"/>
      <w:r w:rsidRPr="000C2E7C">
        <w:rPr>
          <w:rFonts w:asciiTheme="majorHAnsi" w:hAnsiTheme="majorHAnsi" w:cstheme="majorHAnsi"/>
        </w:rPr>
        <w:t>Estudiantiles</w:t>
      </w:r>
      <w:proofErr w:type="spellEnd"/>
    </w:p>
    <w:p w14:paraId="4826DEA3" w14:textId="77777777" w:rsidR="001E623A" w:rsidRPr="000C2E7C" w:rsidRDefault="00684839">
      <w:pPr>
        <w:rPr>
          <w:rFonts w:asciiTheme="majorHAnsi" w:hAnsiTheme="majorHAnsi" w:cstheme="majorHAnsi"/>
        </w:rPr>
      </w:pPr>
      <w:r w:rsidRPr="000C2E7C">
        <w:rPr>
          <w:rFonts w:asciiTheme="majorHAnsi" w:hAnsiTheme="majorHAnsi" w:cstheme="majorHAnsi"/>
        </w:rPr>
        <w:t>Medalla/Premio: ________________________________</w:t>
      </w:r>
    </w:p>
    <w:p w14:paraId="60F7ED49" w14:textId="77777777" w:rsidR="00ED6BB3" w:rsidRPr="000C2E7C" w:rsidRDefault="00684839">
      <w:pPr>
        <w:rPr>
          <w:rFonts w:asciiTheme="majorHAnsi" w:hAnsiTheme="majorHAnsi" w:cstheme="majorHAnsi"/>
        </w:rPr>
      </w:pPr>
      <w:r w:rsidRPr="000C2E7C">
        <w:rPr>
          <w:rFonts w:asciiTheme="majorHAnsi" w:hAnsiTheme="majorHAnsi" w:cstheme="majorHAnsi"/>
        </w:rPr>
        <w:br/>
      </w:r>
      <w:proofErr w:type="spellStart"/>
      <w:r w:rsidRPr="000C2E7C">
        <w:rPr>
          <w:rFonts w:asciiTheme="majorHAnsi" w:hAnsiTheme="majorHAnsi" w:cstheme="majorHAnsi"/>
        </w:rPr>
        <w:t>Título</w:t>
      </w:r>
      <w:proofErr w:type="spellEnd"/>
      <w:r w:rsidRPr="000C2E7C">
        <w:rPr>
          <w:rFonts w:asciiTheme="majorHAnsi" w:hAnsiTheme="majorHAnsi" w:cstheme="majorHAnsi"/>
        </w:rPr>
        <w:t xml:space="preserve"> del </w:t>
      </w:r>
      <w:proofErr w:type="spellStart"/>
      <w:r w:rsidRPr="000C2E7C">
        <w:rPr>
          <w:rFonts w:asciiTheme="majorHAnsi" w:hAnsiTheme="majorHAnsi" w:cstheme="majorHAnsi"/>
        </w:rPr>
        <w:t>trabajo</w:t>
      </w:r>
      <w:proofErr w:type="spellEnd"/>
      <w:r w:rsidRPr="000C2E7C">
        <w:rPr>
          <w:rFonts w:asciiTheme="majorHAnsi" w:hAnsiTheme="majorHAnsi" w:cstheme="majorHAnsi"/>
        </w:rPr>
        <w:t>:</w:t>
      </w:r>
    </w:p>
    <w:p w14:paraId="1637EC75" w14:textId="2256E42F" w:rsidR="001E623A" w:rsidRPr="000C2E7C" w:rsidRDefault="00684839">
      <w:pPr>
        <w:rPr>
          <w:rFonts w:asciiTheme="majorHAnsi" w:hAnsiTheme="majorHAnsi" w:cstheme="majorHAnsi"/>
        </w:rPr>
      </w:pPr>
      <w:r w:rsidRPr="000C2E7C">
        <w:rPr>
          <w:rFonts w:asciiTheme="majorHAnsi" w:hAnsiTheme="majorHAnsi" w:cstheme="majorHAnsi"/>
        </w:rPr>
        <w:t>______________________________________________</w:t>
      </w:r>
      <w:r w:rsidRPr="000C2E7C">
        <w:rPr>
          <w:rFonts w:asciiTheme="majorHAnsi" w:hAnsiTheme="majorHAnsi" w:cstheme="majorHAnsi"/>
        </w:rPr>
        <w:br/>
      </w:r>
    </w:p>
    <w:p w14:paraId="7A7704CA" w14:textId="77777777" w:rsidR="001E623A" w:rsidRPr="000C2E7C" w:rsidRDefault="00684839">
      <w:pPr>
        <w:rPr>
          <w:rFonts w:asciiTheme="majorHAnsi" w:hAnsiTheme="majorHAnsi" w:cstheme="majorHAnsi"/>
        </w:rPr>
      </w:pPr>
      <w:r w:rsidRPr="000C2E7C">
        <w:rPr>
          <w:rFonts w:asciiTheme="majorHAnsi" w:hAnsiTheme="majorHAnsi" w:cstheme="majorHAnsi"/>
        </w:rPr>
        <w:t>Resumen (máximo una página):</w:t>
      </w:r>
      <w:r w:rsidRPr="000C2E7C">
        <w:rPr>
          <w:rFonts w:asciiTheme="majorHAnsi" w:hAnsiTheme="majorHAnsi" w:cstheme="majorHAnsi"/>
        </w:rPr>
        <w:br/>
      </w:r>
      <w:r w:rsidRPr="000C2E7C">
        <w:rPr>
          <w:rFonts w:asciiTheme="majorHAnsi" w:hAnsiTheme="majorHAnsi" w:cstheme="majorHAnsi"/>
        </w:rPr>
        <w:br/>
      </w:r>
      <w:r w:rsidRPr="000C2E7C">
        <w:rPr>
          <w:rFonts w:asciiTheme="majorHAnsi" w:hAnsiTheme="majorHAnsi" w:cstheme="majorHAnsi"/>
        </w:rPr>
        <w:br/>
      </w:r>
      <w:r w:rsidRPr="000C2E7C">
        <w:rPr>
          <w:rFonts w:asciiTheme="majorHAnsi" w:hAnsiTheme="majorHAnsi" w:cstheme="majorHAnsi"/>
        </w:rPr>
        <w:br/>
      </w:r>
      <w:r w:rsidRPr="000C2E7C">
        <w:rPr>
          <w:rFonts w:asciiTheme="majorHAnsi" w:hAnsiTheme="majorHAnsi" w:cstheme="majorHAnsi"/>
        </w:rPr>
        <w:br/>
      </w:r>
      <w:r w:rsidRPr="000C2E7C">
        <w:rPr>
          <w:rFonts w:asciiTheme="majorHAnsi" w:hAnsiTheme="majorHAnsi" w:cstheme="majorHAnsi"/>
        </w:rPr>
        <w:br/>
      </w:r>
    </w:p>
    <w:sectPr w:rsidR="001E623A" w:rsidRPr="000C2E7C" w:rsidSect="00C12CA0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7511387">
    <w:abstractNumId w:val="8"/>
  </w:num>
  <w:num w:numId="2" w16cid:durableId="316501612">
    <w:abstractNumId w:val="6"/>
  </w:num>
  <w:num w:numId="3" w16cid:durableId="1735543505">
    <w:abstractNumId w:val="5"/>
  </w:num>
  <w:num w:numId="4" w16cid:durableId="1492720374">
    <w:abstractNumId w:val="4"/>
  </w:num>
  <w:num w:numId="5" w16cid:durableId="1274898100">
    <w:abstractNumId w:val="7"/>
  </w:num>
  <w:num w:numId="6" w16cid:durableId="587810198">
    <w:abstractNumId w:val="3"/>
  </w:num>
  <w:num w:numId="7" w16cid:durableId="1340893052">
    <w:abstractNumId w:val="2"/>
  </w:num>
  <w:num w:numId="8" w16cid:durableId="205022205">
    <w:abstractNumId w:val="1"/>
  </w:num>
  <w:num w:numId="9" w16cid:durableId="124409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E7C"/>
    <w:rsid w:val="0015074B"/>
    <w:rsid w:val="00152712"/>
    <w:rsid w:val="001E623A"/>
    <w:rsid w:val="00252D60"/>
    <w:rsid w:val="0029639D"/>
    <w:rsid w:val="00314EE9"/>
    <w:rsid w:val="00325CFA"/>
    <w:rsid w:val="00326F90"/>
    <w:rsid w:val="006925E1"/>
    <w:rsid w:val="00884879"/>
    <w:rsid w:val="00910CF9"/>
    <w:rsid w:val="00923070"/>
    <w:rsid w:val="00AA1D8D"/>
    <w:rsid w:val="00B47730"/>
    <w:rsid w:val="00C12CA0"/>
    <w:rsid w:val="00CB0664"/>
    <w:rsid w:val="00DD152E"/>
    <w:rsid w:val="00ED6BB3"/>
    <w:rsid w:val="00F45677"/>
    <w:rsid w:val="00FC693F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C26975B-8752-41A1-9F67-DDD47B04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 Marquardt</cp:lastModifiedBy>
  <cp:revision>2</cp:revision>
  <dcterms:created xsi:type="dcterms:W3CDTF">2026-08-07T13:26:00Z</dcterms:created>
  <dcterms:modified xsi:type="dcterms:W3CDTF">2026-08-07T13:26:00Z</dcterms:modified>
  <cp:category/>
</cp:coreProperties>
</file>